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היחידות בתוכנית הלימודים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השאלה הגדולה והנושא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הקשר בין נושא היחידה ליצירות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מצחיק אותנו בחולשות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פרק מספר שואל איך פרק אחד פותח עולם שלם, לא על שואה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במבנה היחידות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שואה וגבורה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יחידה לשאלה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(הפער בין תקווה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מצחיק אותנו בחולשות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מסתתר מאחורי הפנים שאנשים מראים)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ספרות שומרת 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מספר יצירות (מהרב למעט)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 עברי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 עברית מן המסד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מתורגם - 7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 הטפחות - 6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יחידה, יציין את שמה ואת השאלה הגדולה, ויסביר קשר אישי או עניין בנושא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יחידה = חלק בתוכנית עם נושא, שאלה גדולה ויצירות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שמביאה שאלה גדולה נכונה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דיוק המספרים לפי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המקורי בכיתה לפני תחילת התרגול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ולתת לכל קבוצה יחידה אחת להעמיק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לחבר בין הנושאים לחוויות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היחידות השונות בקורס הספרות לכיתה ח׳. לכל יחידה יש נושא, שאלה גדולה ומספר יצירות הקשורות אליה.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  ·  שואה וגבורה  ·  קוראים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יצירות יש ביחידת סיפור 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השאלה הגדולה של יחידת 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זוכרים את מי שאינם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מצחיק אותנו בחולשות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קוראים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יצירות יש ביחידת שואה וגבורה?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ביחידת 'עד הטפחות' יש 6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יחידת פרק מספר עוסקת בשואה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יחידה יש שאלה גדולה ומשימת סיכום עם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ביחידת מערכונים יש __________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השאלה הגדולה של יחידת פתיחה עוסקת באיך __________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יחידת __________ שואלת איך ספרות שומרת זיכרון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יחידה לשאלה הגדולה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סיפור עברי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ספרות שומרת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מסתתר מאחורי הפנים שאנשים מראים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הפער בין תקווה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מצחיק אותנו בחולשות 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לפי מספר יצירות (מהרב למעט)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שירה עברית מן המסד - 7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עברי - 7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עד הטפחות - 6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מתורגם - 7 יצירות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יחידה אחת מתוך הרשימה וכתבו למה היא מעניינת אתכם, לפי הנושא והשאלה הגדולה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יחידה בלימודי ספרות ומה יש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גדולה של יחידה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בספרות לכיתה 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