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היחידות בספרות לכיתה 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היחידות בתוכנית הלימודים בספרות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השאלה הגדולה והנושא של כל 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הקשר בין נושא היחידה ליצירות 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מצחיק אותנו בחולשות של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שירה עברית מן המסד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חלק פתיחה שעוסק בדרכי קריאת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סיפור מתורגם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בדף היחידות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פרק מספר שואל איך פרק אחד פותח עולם שלם, לא על שואה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במבנה היחידות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שאלת יחידת המערכונים, לא מאבק וזיכרון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זו השאלה הגדולה של היחידה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שואה וגבורה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זיכרון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יחידה לשאלה הגדולה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(הפער בין תקווה למציאות)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(מה מצחיק אותנו בחולשות של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(מה מסתתר מאחורי הפנים שאנשים מראים)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(איך ספרות שומרת זיכרון)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(איך פרק אחד פותח עולם שלם)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לפי מספר יצירות (מהרב למעט)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סיפור עברי - 7 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שירה עברית מן המסד - 7 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סיפור מתורגם - 7 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עד הטפחות - 6 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מאבק וזיכרון - 5 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שואה וגבורה - 4 יצירות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יחידה, יציין את שמה ואת השאלה הגדולה, ויסביר קשר אישי או עניין בנושא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יצירתית הכוללת נושא ברור ושאלה גדולה מתאימה, בהגיון ובקשר לספרות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יחידה = חלק בתוכנית עם נושא, שאלה גדולה ויצירות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שמביאה שאלה גדולה נכונה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בדיקת דיוק המספרים לפי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הדף המקורי בכיתה לפני תחילת התרגול כדי לרענן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לקבוצות ולתת לכל קבוצה יחידה אחת להעמיק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לחבר בין הנושאים לחוויות אישיות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היחידות בספרות לכיתה 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על היחידות השונות בקורס הספרות לכיתה ח׳. לכל יחידה יש נושא, שאלה גדולה ומספר יצירות הקשורות אליה.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יצירות יש ביחידת סיפור עברי?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השאלה הגדולה של יחידת מערכונים?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זוכרים את מי שאינם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מצחיק אותנו בחולשות של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 קוראים 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מסתתר מאחורי הפנים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יחידה עוסקת בקשר בין אדם לטבע ומקום?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שואה וגבורה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פרק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שירה עברית מן המסד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מתורגם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יצירות יש ביחידת שואה וגבורה?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נקרא 'ארגז הכלים של הקוראים'?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יחידה על שואה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חלק פתיחה שעוסק בדרכי קריאת 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יחידה על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 כל הקורס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יחידה שואלת מה מסתתר מאחורי הפנים שאנשים מראים?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מתורגם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מאבק וזיכרון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פרק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עברי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ביחידת 'עד הטפחות' יש 6 יצירות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פרק מספר עוסקת בשואה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יחידה יש שאלה גדולה ומשימת סיכום עם מחוון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מאבק וזיכרון עוסקת בצחוק על חולשות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ליחידת סיפור מתורגם יש 7 יצירות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שירה עברית מן המסד עוסקת בקשר לטבע ואנשים אהובים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ביחידת מערכונים יש __________ 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השאלה הגדולה של יחידת פתיחה עוסקת באיך __________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יחידת __________ שואלת איך ספרות שומרת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ביחידת סיפור עברי הגיבורים מתמודדים עם הפער בין תקוות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ביחידת מאבק וזיכרון שואלים איך ממשיכים לחיות לצד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יחידה לשאלה הגדולה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סיפור עברי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מסתתר מאחורי הפנים שאנשים מראים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מערכונים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איך פרק אחד פותח עולם שלם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סיפור מתורגם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איך ספרות שומרת זיכרון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שואה וגבורה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הפער בין תקווה למציאות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פרק מספר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מצחיק אותנו בחולשות של 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לפי מספר יצירות (מהרב למעט)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שירה עברית מן המסד - 7 יצירות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שואה וגבורה - 4 יצירות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עברי - 7 יצירות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מאבק וזיכרון - 5 יצירות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 הטפחות - 6 יצירות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מתורגם - 7 יצירות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יחידה אחת מתוך הרשימה וכתבו למה היא מעניינת אתכם, לפי הנושא והשאלה הגדולה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הייתם צריכים להוסיף יחידה חדשה לתוכנית, על איזה נושא היא הייתה ושאלה גדולה אחת שהייתם שואלים עליו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יחידה בלימודי ספרות ומה יש 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לשאלה גדולה של יחידה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יצירות יש בשתיים מהיחידות שלמדנו עליהן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היחידות בספרות לכיתה ח׳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